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AA4F18"/>
          <w:sz w:val="38"/>
        </w:rPr>
        <w:t>BARRELHEADS GRILL</w:t>
      </w:r>
    </w:p>
    <w:p>
      <w:pPr>
        <w:jc w:val="center"/>
      </w:pPr>
      <w:r>
        <w:rPr>
          <w:b/>
        </w:rPr>
        <w:t>Employment Application</w:t>
      </w:r>
    </w:p>
    <w:p>
      <w:r>
        <w:t>Barrelheads Grill is an equal opportunity employer. Please complete the fields below. Do not include Social Security numbers, birth dates, or medical information.</w:t>
      </w:r>
    </w:p>
    <w:p>
      <w:pPr>
        <w:pStyle w:val="Heading2"/>
      </w:pPr>
      <w:r>
        <w:t>Applicant information</w:t>
      </w:r>
    </w:p>
    <w:p>
      <w:r>
        <w:t>Full name:  __________________________________________________________</w:t>
      </w:r>
    </w:p>
    <w:p>
      <w:r>
        <w:t>Phone number:  __________________________________________________________</w:t>
      </w:r>
    </w:p>
    <w:p>
      <w:r>
        <w:t>Email address:  __________________________________________________________</w:t>
      </w:r>
    </w:p>
    <w:p>
      <w:r>
        <w:t>City / State:  __________________________________________________________</w:t>
      </w:r>
    </w:p>
    <w:p>
      <w:r>
        <w:t>Preferred method of contact:  __________________________________________________________</w:t>
      </w:r>
    </w:p>
    <w:p>
      <w:pPr>
        <w:pStyle w:val="Heading2"/>
      </w:pPr>
      <w:r>
        <w:t>Position and availability</w:t>
      </w:r>
    </w:p>
    <w:p>
      <w:r>
        <w:t>Position(s) sought:  ☐ Bartender  ☐ Server  ☐ Kitchen  ☐ Host/Hostess  ☐ Manager  ☐ Other: __________</w:t>
      </w:r>
    </w:p>
    <w:p>
      <w:r>
        <w:t>Employment sought:  ☐ Full-time  ☐ Part-time  ☐ Seasonal</w:t>
      </w:r>
    </w:p>
    <w:p>
      <w:r>
        <w:t>Available start date:  __________________________________________________________</w:t>
      </w:r>
    </w:p>
    <w:p>
      <w:r>
        <w:t>Desired hourly rate / salary (optional):  __________________________________________________________</w:t>
      </w:r>
    </w:p>
    <w:p>
      <w:r>
        <w:t>Available shifts (mark all): ☐ Weekday days ☐ Weekday evenings ☐ Weekend days ☐ Weekend evenings</w:t>
      </w:r>
    </w:p>
    <w:p>
      <w:r>
        <w:t>Days or times unavailable:  __________________________________________________________</w:t>
      </w:r>
    </w:p>
    <w:p>
      <w:r>
        <w:t>Are you legally authorized to work in the United States?  ☐ Yes  ☐ No</w:t>
      </w:r>
    </w:p>
    <w:p>
      <w:r>
        <w:t>Will you now or in the future require employer sponsorship to work in the United States?  ☐ Yes  ☐ No</w:t>
      </w:r>
    </w:p>
    <w:p>
      <w:pPr>
        <w:pStyle w:val="Heading2"/>
      </w:pPr>
      <w:r>
        <w:t>Experience and qualifications</w:t>
      </w:r>
    </w:p>
    <w:p>
      <w:r>
        <w:t>Employer 1</w:t>
      </w:r>
    </w:p>
    <w:p>
      <w:r>
        <w:t>Business / location:  __________________________________________________________</w:t>
      </w:r>
    </w:p>
    <w:p>
      <w:r>
        <w:t>Job title / dates worked:  __________________________________________________________</w:t>
      </w:r>
    </w:p>
    <w:p>
      <w:r>
        <w:t>Main responsibilities:  __________________________________________________________</w:t>
      </w:r>
    </w:p>
    <w:p>
      <w:r>
        <w:t>Reason for leaving (optional):  __________________________________________________________</w:t>
      </w:r>
    </w:p>
    <w:p>
      <w:r>
        <w:t>Employer 2</w:t>
      </w:r>
    </w:p>
    <w:p>
      <w:r>
        <w:t>Business / location:  __________________________________________________________</w:t>
      </w:r>
    </w:p>
    <w:p>
      <w:r>
        <w:t>Job title / dates worked:  __________________________________________________________</w:t>
      </w:r>
    </w:p>
    <w:p>
      <w:r>
        <w:t>Main responsibilities:  __________________________________________________________</w:t>
      </w:r>
    </w:p>
    <w:p>
      <w:r>
        <w:t>Reason for leaving (optional):  __________________________________________________________</w:t>
      </w:r>
    </w:p>
    <w:p>
      <w:r>
        <w:t>Relevant training, certifications or POS experience:  __________________________________________________________</w:t>
      </w:r>
    </w:p>
    <w:p>
      <w:r>
        <w:t>What interests you about working at Barrelheads Grill?  __________________________________________________________</w:t>
      </w:r>
    </w:p>
    <w:p>
      <w:pPr>
        <w:pStyle w:val="Heading2"/>
      </w:pPr>
      <w:r>
        <w:t>References (optional)</w:t>
      </w:r>
    </w:p>
    <w:p>
      <w:r>
        <w:t>Professional reference / relationship / contact:  __________________________________________________________</w:t>
      </w:r>
    </w:p>
    <w:p>
      <w:pPr>
        <w:pStyle w:val="Heading2"/>
      </w:pPr>
      <w:r>
        <w:t>Applicant acknowledgment</w:t>
      </w:r>
    </w:p>
    <w:p>
      <w:r>
        <w:t>I certify that the information I provided is accurate to the best of my knowledge. I understand that any employment offer may be contingent on lawful verification of qualifications and eligibility to work. I understand this application does not create a contract of employment.</w:t>
      </w:r>
    </w:p>
    <w:p>
      <w:r>
        <w:t>Applicant signature:  __________________________________________________________</w:t>
      </w:r>
    </w:p>
    <w:p>
      <w:r>
        <w:t>Date:  __________________________________________________________</w:t>
      </w:r>
    </w:p>
    <w:p>
      <w:r>
        <w:t>For management use only — Interview date: __________  Interviewer: __________  Next step: __________</w:t>
      </w:r>
    </w:p>
    <w:sectPr w:rsidR="00FC693F" w:rsidRPr="0006063C" w:rsidSect="00034616">
      <w:pgSz w:w="12240" w:h="15840"/>
      <w:pgMar w:top="1008" w:right="1800" w:bottom="936" w:left="1800" w:header="504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A4F1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A382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