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aa4f18"/>
          <w:sz w:val="38"/>
          <w:szCs w:val="38"/>
          <w:rtl w:val="0"/>
        </w:rPr>
        <w:t xml:space="preserve">BARRELHEADS GRILL</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rtl w:val="0"/>
        </w:rPr>
        <w:t xml:space="preserve">Editable Job Descriptions</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These descriptions are working templates. Set compensation, schedules, reporting lines and required certifications before posting.</w:t>
      </w:r>
    </w:p>
    <w:p w:rsidR="00000000" w:rsidDel="00000000" w:rsidP="00000000" w:rsidRDefault="00000000" w:rsidRPr="00000000" w14:paraId="00000004">
      <w:pPr>
        <w:pStyle w:val="Title"/>
        <w:rPr/>
      </w:pPr>
      <w:r w:rsidDel="00000000" w:rsidR="00000000" w:rsidRPr="00000000">
        <w:rPr>
          <w:rtl w:val="0"/>
        </w:rPr>
        <w:t xml:space="preserve">Bartender</w:t>
      </w:r>
    </w:p>
    <w:p w:rsidR="00000000" w:rsidDel="00000000" w:rsidP="00000000" w:rsidRDefault="00000000" w:rsidRPr="00000000" w14:paraId="00000005">
      <w:pPr>
        <w:rPr/>
      </w:pPr>
      <w:r w:rsidDel="00000000" w:rsidR="00000000" w:rsidRPr="00000000">
        <w:rPr>
          <w:rtl w:val="0"/>
        </w:rPr>
        <w:t xml:space="preserve">Position type: ☐ Full-time  ☐ Part-time     Reports to: ____________________</w:t>
      </w:r>
    </w:p>
    <w:p w:rsidR="00000000" w:rsidDel="00000000" w:rsidP="00000000" w:rsidRDefault="00000000" w:rsidRPr="00000000" w14:paraId="00000006">
      <w:pPr>
        <w:pStyle w:val="Heading2"/>
        <w:rPr/>
      </w:pPr>
      <w:r w:rsidDel="00000000" w:rsidR="00000000" w:rsidRPr="00000000">
        <w:rPr>
          <w:rtl w:val="0"/>
        </w:rPr>
        <w:t xml:space="preserve">Position summary</w:t>
      </w:r>
    </w:p>
    <w:p w:rsidR="00000000" w:rsidDel="00000000" w:rsidP="00000000" w:rsidRDefault="00000000" w:rsidRPr="00000000" w14:paraId="00000007">
      <w:pPr>
        <w:rPr/>
      </w:pPr>
      <w:r w:rsidDel="00000000" w:rsidR="00000000" w:rsidRPr="00000000">
        <w:rPr>
          <w:rtl w:val="0"/>
        </w:rPr>
        <w:t xml:space="preserve">Prepares and serves beverages while creating a welcoming, responsible bar experience.</w:t>
      </w:r>
    </w:p>
    <w:p w:rsidR="00000000" w:rsidDel="00000000" w:rsidP="00000000" w:rsidRDefault="00000000" w:rsidRPr="00000000" w14:paraId="00000008">
      <w:pPr>
        <w:pStyle w:val="Heading2"/>
        <w:rPr/>
      </w:pPr>
      <w:r w:rsidDel="00000000" w:rsidR="00000000" w:rsidRPr="00000000">
        <w:rPr>
          <w:rtl w:val="0"/>
        </w:rPr>
        <w:t xml:space="preserve">Primary responsibilities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Set up, stock and clean the bar and beverage stations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Prepare drinks accurately and process orders and payments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Verify identification and follow alcohol-service requirements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Monitor guests for signs of intoxication and escalate concerns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Maintain inventory, report shortages and complete opening/closing side work</w:t>
      </w:r>
    </w:p>
    <w:p w:rsidR="00000000" w:rsidDel="00000000" w:rsidP="00000000" w:rsidRDefault="00000000" w:rsidRPr="00000000" w14:paraId="0000000E">
      <w:pPr>
        <w:pStyle w:val="Heading2"/>
        <w:rPr/>
      </w:pPr>
      <w:r w:rsidDel="00000000" w:rsidR="00000000" w:rsidRPr="00000000">
        <w:rPr>
          <w:rtl w:val="0"/>
        </w:rPr>
        <w:t xml:space="preserve">Qualifications and expectations</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Customer service and basic cash/POS skills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Ability to stand for extended periods and lift typical bar supplies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Required alcohol-server permits or training, if applicable</w:t>
      </w:r>
    </w:p>
    <w:p w:rsidR="00000000" w:rsidDel="00000000" w:rsidP="00000000" w:rsidRDefault="00000000" w:rsidRPr="00000000" w14:paraId="00000012">
      <w:pPr>
        <w:pStyle w:val="Heading2"/>
        <w:rPr/>
      </w:pPr>
      <w:r w:rsidDel="00000000" w:rsidR="00000000" w:rsidRPr="00000000">
        <w:rPr>
          <w:rtl w:val="0"/>
        </w:rPr>
        <w:t xml:space="preserve">Working conditions</w:t>
      </w:r>
    </w:p>
    <w:p w:rsidR="00000000" w:rsidDel="00000000" w:rsidP="00000000" w:rsidRDefault="00000000" w:rsidRPr="00000000" w14:paraId="00000013">
      <w:pPr>
        <w:rPr/>
      </w:pPr>
      <w:r w:rsidDel="00000000" w:rsidR="00000000" w:rsidRPr="00000000">
        <w:rPr>
          <w:rtl w:val="0"/>
        </w:rPr>
        <w:t xml:space="preserve">Evening, weekend and holiday shifts may be required. Duties may involve prolonged standing, lifting, and work in a busy restaurant environment. Reasonable accommodations are available for qualified applicants and employees.</w:t>
      </w:r>
    </w:p>
    <w:p w:rsidR="00000000" w:rsidDel="00000000" w:rsidP="00000000" w:rsidRDefault="00000000" w:rsidRPr="00000000" w14:paraId="00000014">
      <w:pPr>
        <w:pStyle w:val="Heading2"/>
        <w:rPr/>
      </w:pPr>
      <w:r w:rsidDel="00000000" w:rsidR="00000000" w:rsidRPr="00000000">
        <w:rPr>
          <w:rtl w:val="0"/>
        </w:rPr>
        <w:t xml:space="preserve">Pay and schedule</w:t>
      </w:r>
    </w:p>
    <w:p w:rsidR="00000000" w:rsidDel="00000000" w:rsidP="00000000" w:rsidRDefault="00000000" w:rsidRPr="00000000" w14:paraId="00000015">
      <w:pPr>
        <w:rPr/>
      </w:pPr>
      <w:r w:rsidDel="00000000" w:rsidR="00000000" w:rsidRPr="00000000">
        <w:rPr>
          <w:rtl w:val="0"/>
        </w:rPr>
        <w:t xml:space="preserve">Pay range: ____________________     Typical shifts: ____________________</w:t>
      </w:r>
    </w:p>
    <w:p w:rsidR="00000000" w:rsidDel="00000000" w:rsidP="00000000" w:rsidRDefault="00000000" w:rsidRPr="00000000" w14:paraId="00000016">
      <w:pPr>
        <w:rPr/>
      </w:pPr>
      <w:r w:rsidDel="00000000" w:rsidR="00000000" w:rsidRPr="00000000">
        <w:rPr>
          <w:rtl w:val="0"/>
        </w:rPr>
        <w:t xml:space="preserve">Other duties may be assigned as business needs change. This description is not an employment contract.</w:t>
      </w:r>
    </w:p>
    <w:p w:rsidR="00000000" w:rsidDel="00000000" w:rsidP="00000000" w:rsidRDefault="00000000" w:rsidRPr="00000000" w14:paraId="00000017">
      <w:pPr>
        <w:rPr/>
      </w:pPr>
      <w:r w:rsidDel="00000000" w:rsidR="00000000" w:rsidRPr="00000000">
        <w:rPr>
          <w:rtl w:val="0"/>
        </w:rPr>
        <w:t xml:space="preserve">Employee acknowledgment: __________________________   Date: __________</w:t>
      </w:r>
    </w:p>
    <w:p w:rsidR="00000000" w:rsidDel="00000000" w:rsidP="00000000" w:rsidRDefault="00000000" w:rsidRPr="00000000" w14:paraId="00000018">
      <w:pPr>
        <w:rPr/>
      </w:pPr>
      <w:r w:rsidDel="00000000" w:rsidR="00000000" w:rsidRPr="00000000">
        <w:br w:type="page"/>
      </w:r>
      <w:r w:rsidDel="00000000" w:rsidR="00000000" w:rsidRPr="00000000">
        <w:rPr>
          <w:rtl w:val="0"/>
        </w:rPr>
      </w:r>
    </w:p>
    <w:p w:rsidR="00000000" w:rsidDel="00000000" w:rsidP="00000000" w:rsidRDefault="00000000" w:rsidRPr="00000000" w14:paraId="00000019">
      <w:pPr>
        <w:pStyle w:val="Title"/>
        <w:rPr/>
      </w:pPr>
      <w:r w:rsidDel="00000000" w:rsidR="00000000" w:rsidRPr="00000000">
        <w:rPr>
          <w:rtl w:val="0"/>
        </w:rPr>
        <w:t xml:space="preserve">Server</w:t>
      </w:r>
    </w:p>
    <w:p w:rsidR="00000000" w:rsidDel="00000000" w:rsidP="00000000" w:rsidRDefault="00000000" w:rsidRPr="00000000" w14:paraId="0000001A">
      <w:pPr>
        <w:rPr/>
      </w:pPr>
      <w:r w:rsidDel="00000000" w:rsidR="00000000" w:rsidRPr="00000000">
        <w:rPr>
          <w:rtl w:val="0"/>
        </w:rPr>
        <w:t xml:space="preserve">Position type: ☐ Full-time  ☐ Part-time     Reports to: ____________________</w:t>
      </w:r>
    </w:p>
    <w:p w:rsidR="00000000" w:rsidDel="00000000" w:rsidP="00000000" w:rsidRDefault="00000000" w:rsidRPr="00000000" w14:paraId="0000001B">
      <w:pPr>
        <w:pStyle w:val="Heading2"/>
        <w:rPr/>
      </w:pPr>
      <w:r w:rsidDel="00000000" w:rsidR="00000000" w:rsidRPr="00000000">
        <w:rPr>
          <w:rtl w:val="0"/>
        </w:rPr>
        <w:t xml:space="preserve">Position summary</w:t>
      </w:r>
    </w:p>
    <w:p w:rsidR="00000000" w:rsidDel="00000000" w:rsidP="00000000" w:rsidRDefault="00000000" w:rsidRPr="00000000" w14:paraId="0000001C">
      <w:pPr>
        <w:rPr/>
      </w:pPr>
      <w:r w:rsidDel="00000000" w:rsidR="00000000" w:rsidRPr="00000000">
        <w:rPr>
          <w:rtl w:val="0"/>
        </w:rPr>
        <w:t xml:space="preserve">Provides attentive table service from greeting through payment.</w:t>
      </w:r>
    </w:p>
    <w:p w:rsidR="00000000" w:rsidDel="00000000" w:rsidP="00000000" w:rsidRDefault="00000000" w:rsidRPr="00000000" w14:paraId="0000001D">
      <w:pPr>
        <w:pStyle w:val="Heading2"/>
        <w:rPr/>
      </w:pPr>
      <w:r w:rsidDel="00000000" w:rsidR="00000000" w:rsidRPr="00000000">
        <w:rPr>
          <w:rtl w:val="0"/>
        </w:rPr>
        <w:t xml:space="preserve">Primary responsibilities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Greet guests, explain menu items and take accurate orders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Communicate allergies and special requests to the kitchen</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Deliver food and beverages, check satisfaction and resolve concerns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Handle checks and payments accurately</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Complete dining-room cleaning, stocking and opening/closing side work</w:t>
      </w:r>
    </w:p>
    <w:p w:rsidR="00000000" w:rsidDel="00000000" w:rsidP="00000000" w:rsidRDefault="00000000" w:rsidRPr="00000000" w14:paraId="00000023">
      <w:pPr>
        <w:pStyle w:val="Heading2"/>
        <w:rPr/>
      </w:pPr>
      <w:r w:rsidDel="00000000" w:rsidR="00000000" w:rsidRPr="00000000">
        <w:rPr>
          <w:rtl w:val="0"/>
        </w:rPr>
        <w:t xml:space="preserve">Qualifications and expectations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Clear communication and teamwork</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Ability to carry trays and remain on feet during shifts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Prior service experience helpful but not required</w:t>
      </w:r>
    </w:p>
    <w:p w:rsidR="00000000" w:rsidDel="00000000" w:rsidP="00000000" w:rsidRDefault="00000000" w:rsidRPr="00000000" w14:paraId="00000027">
      <w:pPr>
        <w:pStyle w:val="Heading2"/>
        <w:rPr/>
      </w:pPr>
      <w:r w:rsidDel="00000000" w:rsidR="00000000" w:rsidRPr="00000000">
        <w:rPr>
          <w:rtl w:val="0"/>
        </w:rPr>
        <w:t xml:space="preserve">Working conditions</w:t>
      </w:r>
    </w:p>
    <w:p w:rsidR="00000000" w:rsidDel="00000000" w:rsidP="00000000" w:rsidRDefault="00000000" w:rsidRPr="00000000" w14:paraId="00000028">
      <w:pPr>
        <w:rPr/>
      </w:pPr>
      <w:r w:rsidDel="00000000" w:rsidR="00000000" w:rsidRPr="00000000">
        <w:rPr>
          <w:rtl w:val="0"/>
        </w:rPr>
        <w:t xml:space="preserve">Evening, weekend and holiday shifts may be required. Duties may involve prolonged standing, lifting, and work in a busy restaurant environment. Reasonable accommodations are available for qualified applicants and employees.</w:t>
      </w:r>
    </w:p>
    <w:p w:rsidR="00000000" w:rsidDel="00000000" w:rsidP="00000000" w:rsidRDefault="00000000" w:rsidRPr="00000000" w14:paraId="00000029">
      <w:pPr>
        <w:pStyle w:val="Heading2"/>
        <w:rPr/>
      </w:pPr>
      <w:r w:rsidDel="00000000" w:rsidR="00000000" w:rsidRPr="00000000">
        <w:rPr>
          <w:rtl w:val="0"/>
        </w:rPr>
        <w:t xml:space="preserve">Pay and schedule</w:t>
      </w:r>
    </w:p>
    <w:p w:rsidR="00000000" w:rsidDel="00000000" w:rsidP="00000000" w:rsidRDefault="00000000" w:rsidRPr="00000000" w14:paraId="0000002A">
      <w:pPr>
        <w:rPr/>
      </w:pPr>
      <w:r w:rsidDel="00000000" w:rsidR="00000000" w:rsidRPr="00000000">
        <w:rPr>
          <w:rtl w:val="0"/>
        </w:rPr>
        <w:t xml:space="preserve">Pay range: ____________________     Typical shifts: ____________________</w:t>
      </w:r>
    </w:p>
    <w:p w:rsidR="00000000" w:rsidDel="00000000" w:rsidP="00000000" w:rsidRDefault="00000000" w:rsidRPr="00000000" w14:paraId="0000002B">
      <w:pPr>
        <w:rPr/>
      </w:pPr>
      <w:r w:rsidDel="00000000" w:rsidR="00000000" w:rsidRPr="00000000">
        <w:rPr>
          <w:rtl w:val="0"/>
        </w:rPr>
        <w:t xml:space="preserve">Other duties may be assigned as business needs change. This description is not an employment contract.</w:t>
      </w:r>
    </w:p>
    <w:p w:rsidR="00000000" w:rsidDel="00000000" w:rsidP="00000000" w:rsidRDefault="00000000" w:rsidRPr="00000000" w14:paraId="0000002C">
      <w:pPr>
        <w:rPr/>
      </w:pPr>
      <w:r w:rsidDel="00000000" w:rsidR="00000000" w:rsidRPr="00000000">
        <w:rPr>
          <w:rtl w:val="0"/>
        </w:rPr>
        <w:t xml:space="preserve">Employee acknowledgment: __________________________   Date: __________</w:t>
      </w:r>
    </w:p>
    <w:p w:rsidR="00000000" w:rsidDel="00000000" w:rsidP="00000000" w:rsidRDefault="00000000" w:rsidRPr="00000000" w14:paraId="0000002D">
      <w:pPr>
        <w:rPr/>
      </w:pPr>
      <w:r w:rsidDel="00000000" w:rsidR="00000000" w:rsidRPr="00000000">
        <w:br w:type="page"/>
      </w:r>
      <w:r w:rsidDel="00000000" w:rsidR="00000000" w:rsidRPr="00000000">
        <w:rPr>
          <w:rtl w:val="0"/>
        </w:rPr>
      </w:r>
    </w:p>
    <w:p w:rsidR="00000000" w:rsidDel="00000000" w:rsidP="00000000" w:rsidRDefault="00000000" w:rsidRPr="00000000" w14:paraId="0000002E">
      <w:pPr>
        <w:pStyle w:val="Title"/>
        <w:rPr/>
      </w:pPr>
      <w:r w:rsidDel="00000000" w:rsidR="00000000" w:rsidRPr="00000000">
        <w:rPr>
          <w:rtl w:val="0"/>
        </w:rPr>
        <w:t xml:space="preserve">Kitchen Staff</w:t>
      </w:r>
      <w:r w:rsidDel="00000000" w:rsidR="00000000" w:rsidRPr="00000000">
        <w:rPr>
          <w:rtl w:val="0"/>
        </w:rPr>
        <w:t xml:space="preserve"> / Line Cook</w:t>
      </w:r>
    </w:p>
    <w:p w:rsidR="00000000" w:rsidDel="00000000" w:rsidP="00000000" w:rsidRDefault="00000000" w:rsidRPr="00000000" w14:paraId="0000002F">
      <w:pPr>
        <w:rPr/>
      </w:pPr>
      <w:r w:rsidDel="00000000" w:rsidR="00000000" w:rsidRPr="00000000">
        <w:rPr>
          <w:rtl w:val="0"/>
        </w:rPr>
        <w:t xml:space="preserve">Position type: ☐ Full-time  ☐ Part-time     Reports to: ____________________</w:t>
      </w:r>
    </w:p>
    <w:p w:rsidR="00000000" w:rsidDel="00000000" w:rsidP="00000000" w:rsidRDefault="00000000" w:rsidRPr="00000000" w14:paraId="00000030">
      <w:pPr>
        <w:pStyle w:val="Heading2"/>
        <w:rPr/>
      </w:pPr>
      <w:r w:rsidDel="00000000" w:rsidR="00000000" w:rsidRPr="00000000">
        <w:rPr>
          <w:rtl w:val="0"/>
        </w:rPr>
        <w:t xml:space="preserve">Position summary</w:t>
      </w:r>
    </w:p>
    <w:p w:rsidR="00000000" w:rsidDel="00000000" w:rsidP="00000000" w:rsidRDefault="00000000" w:rsidRPr="00000000" w14:paraId="00000031">
      <w:pPr>
        <w:rPr/>
      </w:pPr>
      <w:r w:rsidDel="00000000" w:rsidR="00000000" w:rsidRPr="00000000">
        <w:rPr>
          <w:rtl w:val="0"/>
        </w:rPr>
        <w:t xml:space="preserve">Prepares safe, consistent meals in a clean, efficient kitchen.</w:t>
      </w:r>
    </w:p>
    <w:p w:rsidR="00000000" w:rsidDel="00000000" w:rsidP="00000000" w:rsidRDefault="00000000" w:rsidRPr="00000000" w14:paraId="00000032">
      <w:pPr>
        <w:pStyle w:val="Heading2"/>
        <w:rPr/>
      </w:pPr>
      <w:r w:rsidDel="00000000" w:rsidR="00000000" w:rsidRPr="00000000">
        <w:rPr>
          <w:rtl w:val="0"/>
        </w:rPr>
        <w:t xml:space="preserve">Primary responsibilities</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Prepare ingredients and cook food according to recipes and standards</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Follow food safety, handwashing, temperature and allergen procedures</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Label, date, rotate and store food correctly</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Maintain clean equipment, workstations and storage areas</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Communicate ticket timing, shortages and equipment concerns</w:t>
      </w:r>
    </w:p>
    <w:p w:rsidR="00000000" w:rsidDel="00000000" w:rsidP="00000000" w:rsidRDefault="00000000" w:rsidRPr="00000000" w14:paraId="00000038">
      <w:pPr>
        <w:pStyle w:val="Heading2"/>
        <w:rPr/>
      </w:pPr>
      <w:r w:rsidDel="00000000" w:rsidR="00000000" w:rsidRPr="00000000">
        <w:rPr>
          <w:rtl w:val="0"/>
        </w:rPr>
        <w:t xml:space="preserve">Qualifications and expectations</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Ability to work in a fast-paced kitchen</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Safe knife and equipment handling</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Food-handler training or certification if required</w:t>
      </w:r>
    </w:p>
    <w:p w:rsidR="00000000" w:rsidDel="00000000" w:rsidP="00000000" w:rsidRDefault="00000000" w:rsidRPr="00000000" w14:paraId="0000003C">
      <w:pPr>
        <w:pStyle w:val="Heading2"/>
        <w:rPr/>
      </w:pPr>
      <w:r w:rsidDel="00000000" w:rsidR="00000000" w:rsidRPr="00000000">
        <w:rPr>
          <w:rtl w:val="0"/>
        </w:rPr>
        <w:t xml:space="preserve">Working conditions</w:t>
      </w:r>
    </w:p>
    <w:p w:rsidR="00000000" w:rsidDel="00000000" w:rsidP="00000000" w:rsidRDefault="00000000" w:rsidRPr="00000000" w14:paraId="0000003D">
      <w:pPr>
        <w:rPr/>
      </w:pPr>
      <w:r w:rsidDel="00000000" w:rsidR="00000000" w:rsidRPr="00000000">
        <w:rPr>
          <w:rtl w:val="0"/>
        </w:rPr>
        <w:t xml:space="preserve">Evening, weekend and holiday shifts may be required. Duties may involve prolonged standing, lifting, and work in a busy restaurant environment. Reasonable accommodations are available for qualified applicants and employees.</w:t>
      </w:r>
    </w:p>
    <w:p w:rsidR="00000000" w:rsidDel="00000000" w:rsidP="00000000" w:rsidRDefault="00000000" w:rsidRPr="00000000" w14:paraId="0000003E">
      <w:pPr>
        <w:pStyle w:val="Heading2"/>
        <w:rPr/>
      </w:pPr>
      <w:r w:rsidDel="00000000" w:rsidR="00000000" w:rsidRPr="00000000">
        <w:rPr>
          <w:rtl w:val="0"/>
        </w:rPr>
        <w:t xml:space="preserve">Pay and schedule</w:t>
      </w:r>
    </w:p>
    <w:p w:rsidR="00000000" w:rsidDel="00000000" w:rsidP="00000000" w:rsidRDefault="00000000" w:rsidRPr="00000000" w14:paraId="0000003F">
      <w:pPr>
        <w:rPr/>
      </w:pPr>
      <w:r w:rsidDel="00000000" w:rsidR="00000000" w:rsidRPr="00000000">
        <w:rPr>
          <w:rtl w:val="0"/>
        </w:rPr>
        <w:t xml:space="preserve">Pay range: ____________________     Typical shifts: ____________________</w:t>
      </w:r>
    </w:p>
    <w:p w:rsidR="00000000" w:rsidDel="00000000" w:rsidP="00000000" w:rsidRDefault="00000000" w:rsidRPr="00000000" w14:paraId="00000040">
      <w:pPr>
        <w:rPr/>
      </w:pPr>
      <w:r w:rsidDel="00000000" w:rsidR="00000000" w:rsidRPr="00000000">
        <w:rPr>
          <w:rtl w:val="0"/>
        </w:rPr>
        <w:t xml:space="preserve">Other duties may be assigned as business needs change. This description is not an employment contract.</w:t>
      </w:r>
    </w:p>
    <w:p w:rsidR="00000000" w:rsidDel="00000000" w:rsidP="00000000" w:rsidRDefault="00000000" w:rsidRPr="00000000" w14:paraId="00000041">
      <w:pPr>
        <w:rPr/>
      </w:pPr>
      <w:r w:rsidDel="00000000" w:rsidR="00000000" w:rsidRPr="00000000">
        <w:rPr>
          <w:rtl w:val="0"/>
        </w:rPr>
        <w:t xml:space="preserve">Employee acknowledgment: __________________________   Date: __________</w:t>
      </w:r>
    </w:p>
    <w:p w:rsidR="00000000" w:rsidDel="00000000" w:rsidP="00000000" w:rsidRDefault="00000000" w:rsidRPr="00000000" w14:paraId="00000042">
      <w:pPr>
        <w:rPr/>
      </w:pPr>
      <w:r w:rsidDel="00000000" w:rsidR="00000000" w:rsidRPr="00000000">
        <w:br w:type="page"/>
      </w:r>
      <w:r w:rsidDel="00000000" w:rsidR="00000000" w:rsidRPr="00000000">
        <w:rPr>
          <w:rtl w:val="0"/>
        </w:rPr>
      </w:r>
    </w:p>
    <w:p w:rsidR="00000000" w:rsidDel="00000000" w:rsidP="00000000" w:rsidRDefault="00000000" w:rsidRPr="00000000" w14:paraId="00000043">
      <w:pPr>
        <w:pStyle w:val="Title"/>
        <w:rPr/>
      </w:pPr>
      <w:r w:rsidDel="00000000" w:rsidR="00000000" w:rsidRPr="00000000">
        <w:rPr>
          <w:rtl w:val="0"/>
        </w:rPr>
        <w:t xml:space="preserve">Host / Hostess</w:t>
      </w:r>
    </w:p>
    <w:p w:rsidR="00000000" w:rsidDel="00000000" w:rsidP="00000000" w:rsidRDefault="00000000" w:rsidRPr="00000000" w14:paraId="00000044">
      <w:pPr>
        <w:rPr/>
      </w:pPr>
      <w:r w:rsidDel="00000000" w:rsidR="00000000" w:rsidRPr="00000000">
        <w:rPr>
          <w:rtl w:val="0"/>
        </w:rPr>
        <w:t xml:space="preserve">Position type: ☐ Full-time  ☐ Part-time     Reports to: ____________________</w:t>
      </w:r>
    </w:p>
    <w:p w:rsidR="00000000" w:rsidDel="00000000" w:rsidP="00000000" w:rsidRDefault="00000000" w:rsidRPr="00000000" w14:paraId="00000045">
      <w:pPr>
        <w:pStyle w:val="Heading2"/>
        <w:rPr/>
      </w:pPr>
      <w:r w:rsidDel="00000000" w:rsidR="00000000" w:rsidRPr="00000000">
        <w:rPr>
          <w:rtl w:val="0"/>
        </w:rPr>
        <w:t xml:space="preserve">Position summary</w:t>
      </w:r>
    </w:p>
    <w:p w:rsidR="00000000" w:rsidDel="00000000" w:rsidP="00000000" w:rsidRDefault="00000000" w:rsidRPr="00000000" w14:paraId="00000046">
      <w:pPr>
        <w:rPr/>
      </w:pPr>
      <w:r w:rsidDel="00000000" w:rsidR="00000000" w:rsidRPr="00000000">
        <w:rPr>
          <w:rtl w:val="0"/>
        </w:rPr>
        <w:t xml:space="preserve">Creates a positive first impression and coordinates guest seating.</w:t>
      </w:r>
    </w:p>
    <w:p w:rsidR="00000000" w:rsidDel="00000000" w:rsidP="00000000" w:rsidRDefault="00000000" w:rsidRPr="00000000" w14:paraId="00000047">
      <w:pPr>
        <w:pStyle w:val="Heading2"/>
        <w:rPr/>
      </w:pPr>
      <w:r w:rsidDel="00000000" w:rsidR="00000000" w:rsidRPr="00000000">
        <w:rPr>
          <w:rtl w:val="0"/>
        </w:rPr>
        <w:t xml:space="preserve">Primary responsibilities</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Welcome guests and manage seating and waitlists</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Answer phones and communicate reservation or large-party needs</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Coordinate table rotation and provide accurate wait estimates</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Maintain clean menus, entry area and host stand</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Support dining-room flow and communicate guest concerns</w:t>
      </w:r>
    </w:p>
    <w:p w:rsidR="00000000" w:rsidDel="00000000" w:rsidP="00000000" w:rsidRDefault="00000000" w:rsidRPr="00000000" w14:paraId="0000004D">
      <w:pPr>
        <w:pStyle w:val="Heading2"/>
        <w:rPr/>
      </w:pPr>
      <w:r w:rsidDel="00000000" w:rsidR="00000000" w:rsidRPr="00000000">
        <w:rPr>
          <w:rtl w:val="0"/>
        </w:rPr>
        <w:t xml:space="preserve">Qualifications and expectations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Friendly communication and organization</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Ability to manage multiple guests and priorities</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Comfort with phones and reservation/waitlist tools</w:t>
      </w:r>
    </w:p>
    <w:p w:rsidR="00000000" w:rsidDel="00000000" w:rsidP="00000000" w:rsidRDefault="00000000" w:rsidRPr="00000000" w14:paraId="00000051">
      <w:pPr>
        <w:pStyle w:val="Heading2"/>
        <w:rPr/>
      </w:pPr>
      <w:r w:rsidDel="00000000" w:rsidR="00000000" w:rsidRPr="00000000">
        <w:rPr>
          <w:rtl w:val="0"/>
        </w:rPr>
        <w:t xml:space="preserve">Working conditions</w:t>
      </w:r>
    </w:p>
    <w:p w:rsidR="00000000" w:rsidDel="00000000" w:rsidP="00000000" w:rsidRDefault="00000000" w:rsidRPr="00000000" w14:paraId="00000052">
      <w:pPr>
        <w:rPr/>
      </w:pPr>
      <w:r w:rsidDel="00000000" w:rsidR="00000000" w:rsidRPr="00000000">
        <w:rPr>
          <w:rtl w:val="0"/>
        </w:rPr>
        <w:t xml:space="preserve">Evening, weekend and holiday shifts may be required. Duties may involve prolonged standing, lifting, and work in a busy restaurant environment. Reasonable accommodations are available for qualified applicants and employees.</w:t>
      </w:r>
    </w:p>
    <w:p w:rsidR="00000000" w:rsidDel="00000000" w:rsidP="00000000" w:rsidRDefault="00000000" w:rsidRPr="00000000" w14:paraId="00000053">
      <w:pPr>
        <w:pStyle w:val="Heading2"/>
        <w:rPr/>
      </w:pPr>
      <w:r w:rsidDel="00000000" w:rsidR="00000000" w:rsidRPr="00000000">
        <w:rPr>
          <w:rtl w:val="0"/>
        </w:rPr>
        <w:t xml:space="preserve">Pay and schedule</w:t>
      </w:r>
    </w:p>
    <w:p w:rsidR="00000000" w:rsidDel="00000000" w:rsidP="00000000" w:rsidRDefault="00000000" w:rsidRPr="00000000" w14:paraId="00000054">
      <w:pPr>
        <w:rPr/>
      </w:pPr>
      <w:r w:rsidDel="00000000" w:rsidR="00000000" w:rsidRPr="00000000">
        <w:rPr>
          <w:rtl w:val="0"/>
        </w:rPr>
        <w:t xml:space="preserve">Pay range: ____________________     Typical shifts: ____________________</w:t>
      </w:r>
    </w:p>
    <w:p w:rsidR="00000000" w:rsidDel="00000000" w:rsidP="00000000" w:rsidRDefault="00000000" w:rsidRPr="00000000" w14:paraId="00000055">
      <w:pPr>
        <w:rPr/>
      </w:pPr>
      <w:r w:rsidDel="00000000" w:rsidR="00000000" w:rsidRPr="00000000">
        <w:rPr>
          <w:rtl w:val="0"/>
        </w:rPr>
        <w:t xml:space="preserve">Other duties may be assigned as business needs change. This description is not an employment contract.</w:t>
      </w:r>
    </w:p>
    <w:p w:rsidR="00000000" w:rsidDel="00000000" w:rsidP="00000000" w:rsidRDefault="00000000" w:rsidRPr="00000000" w14:paraId="00000056">
      <w:pPr>
        <w:rPr/>
      </w:pPr>
      <w:r w:rsidDel="00000000" w:rsidR="00000000" w:rsidRPr="00000000">
        <w:rPr>
          <w:rtl w:val="0"/>
        </w:rPr>
        <w:t xml:space="preserve">Employee acknowledgment: __________________________   Date: __________</w:t>
      </w:r>
    </w:p>
    <w:p w:rsidR="00000000" w:rsidDel="00000000" w:rsidP="00000000" w:rsidRDefault="00000000" w:rsidRPr="00000000" w14:paraId="00000057">
      <w:pPr>
        <w:rPr/>
      </w:pPr>
      <w:r w:rsidDel="00000000" w:rsidR="00000000" w:rsidRPr="00000000">
        <w:br w:type="page"/>
      </w:r>
      <w:r w:rsidDel="00000000" w:rsidR="00000000" w:rsidRPr="00000000">
        <w:rPr>
          <w:rtl w:val="0"/>
        </w:rPr>
      </w:r>
    </w:p>
    <w:p w:rsidR="00000000" w:rsidDel="00000000" w:rsidP="00000000" w:rsidRDefault="00000000" w:rsidRPr="00000000" w14:paraId="00000058">
      <w:pPr>
        <w:jc w:val="center"/>
        <w:rPr/>
      </w:pPr>
      <w:r w:rsidDel="00000000" w:rsidR="00000000" w:rsidRPr="00000000">
        <w:rPr>
          <w:b w:val="1"/>
          <w:bCs w:val="1"/>
          <w:color w:val="a1501c"/>
          <w:sz w:val="36"/>
          <w:szCs w:val="36"/>
          <w:rtl w:val="0"/>
        </w:rPr>
        <w:t xml:space="preserve">BARRELHEADS GRILL</w:t>
      </w:r>
      <w:r w:rsidDel="00000000" w:rsidR="00000000" w:rsidRPr="00000000">
        <w:rPr>
          <w:rtl w:val="0"/>
        </w:rPr>
      </w:r>
    </w:p>
    <w:p w:rsidR="00000000" w:rsidDel="00000000" w:rsidP="00000000" w:rsidRDefault="00000000" w:rsidRPr="00000000" w14:paraId="00000059">
      <w:pPr>
        <w:jc w:val="center"/>
        <w:rPr/>
      </w:pPr>
      <w:r w:rsidDel="00000000" w:rsidR="00000000" w:rsidRPr="00000000">
        <w:rPr>
          <w:b w:val="1"/>
          <w:bCs w:val="1"/>
          <w:sz w:val="24"/>
          <w:szCs w:val="24"/>
          <w:rtl w:val="0"/>
        </w:rPr>
        <w:t xml:space="preserve">DISHWASHER / BUSSER — JOB DESCRIPTION</w:t>
      </w:r>
      <w:r w:rsidDel="00000000" w:rsidR="00000000" w:rsidRPr="00000000">
        <w:rPr>
          <w:rtl w:val="0"/>
        </w:rPr>
      </w:r>
    </w:p>
    <w:p w:rsidR="00000000" w:rsidDel="00000000" w:rsidP="00000000" w:rsidRDefault="00000000" w:rsidRPr="00000000" w14:paraId="0000005A">
      <w:pPr>
        <w:jc w:val="center"/>
        <w:rPr/>
      </w:pPr>
      <w:r w:rsidDel="00000000" w:rsidR="00000000" w:rsidRPr="00000000">
        <w:rPr>
          <w:rtl w:val="0"/>
        </w:rPr>
        <w:t xml:space="preserve">P</w:t>
      </w:r>
      <w:r w:rsidDel="00000000" w:rsidR="00000000" w:rsidRPr="00000000">
        <w:rPr>
          <w:rtl w:val="0"/>
        </w:rPr>
        <w:t xml:space="preserve">osition type: ☐ Full-time  ☐ Part-time     Reports to: ____________________</w:t>
      </w:r>
    </w:p>
    <w:p w:rsidR="00000000" w:rsidDel="00000000" w:rsidP="00000000" w:rsidRDefault="00000000" w:rsidRPr="00000000" w14:paraId="0000005B">
      <w:pPr>
        <w:pStyle w:val="Heading2"/>
        <w:rPr>
          <w:color w:val="4f81bd"/>
          <w:sz w:val="26"/>
          <w:szCs w:val="26"/>
        </w:rPr>
      </w:pPr>
      <w:r w:rsidDel="00000000" w:rsidR="00000000" w:rsidRPr="00000000">
        <w:rPr>
          <w:color w:val="4f81bd"/>
          <w:sz w:val="26"/>
          <w:szCs w:val="26"/>
          <w:rtl w:val="0"/>
        </w:rPr>
        <w:t xml:space="preserve">Position Summary</w:t>
      </w:r>
    </w:p>
    <w:p w:rsidR="00000000" w:rsidDel="00000000" w:rsidP="00000000" w:rsidRDefault="00000000" w:rsidRPr="00000000" w14:paraId="0000005C">
      <w:pPr>
        <w:rPr/>
      </w:pPr>
      <w:r w:rsidDel="00000000" w:rsidR="00000000" w:rsidRPr="00000000">
        <w:rPr>
          <w:rtl w:val="0"/>
        </w:rPr>
        <w:t xml:space="preserve">The Dishwasher / Busser supports clean, safe, and efficient restaurant operations by washing and sanitizing dishes and kitchen equipment, clearing and resetting tables, and assisting kitchen and dining room teams. This role moves between back-of-house and front-of-house duties as directed by the shift manager.</w:t>
      </w:r>
    </w:p>
    <w:p w:rsidR="00000000" w:rsidDel="00000000" w:rsidP="00000000" w:rsidRDefault="00000000" w:rsidRPr="00000000" w14:paraId="0000005D">
      <w:pPr>
        <w:pStyle w:val="Heading2"/>
        <w:rPr>
          <w:color w:val="4f81bd"/>
          <w:sz w:val="26"/>
          <w:szCs w:val="26"/>
        </w:rPr>
      </w:pPr>
      <w:r w:rsidDel="00000000" w:rsidR="00000000" w:rsidRPr="00000000">
        <w:rPr>
          <w:color w:val="4f81bd"/>
          <w:sz w:val="26"/>
          <w:szCs w:val="26"/>
          <w:rtl w:val="0"/>
        </w:rPr>
        <w:t xml:space="preserve">Dishwashing &amp; Kitchen Support</w:t>
      </w:r>
    </w:p>
    <w:p w:rsidR="00000000" w:rsidDel="00000000" w:rsidP="00000000" w:rsidRDefault="00000000" w:rsidRPr="00000000" w14:paraId="0000005E">
      <w:pPr>
        <w:numPr>
          <w:ilvl w:val="0"/>
          <w:numId w:val="1"/>
        </w:numPr>
        <w:spacing w:after="0" w:lineRule="auto"/>
        <w:ind w:left="360"/>
      </w:pPr>
      <w:r w:rsidDel="00000000" w:rsidR="00000000" w:rsidRPr="00000000">
        <w:rPr>
          <w:rtl w:val="0"/>
        </w:rPr>
        <w:t xml:space="preserve">Operate dishwashing equipment according to manufacturer instructions and restaurant procedures.</w:t>
      </w:r>
    </w:p>
    <w:p w:rsidR="00000000" w:rsidDel="00000000" w:rsidP="00000000" w:rsidRDefault="00000000" w:rsidRPr="00000000" w14:paraId="0000005F">
      <w:pPr>
        <w:numPr>
          <w:ilvl w:val="0"/>
          <w:numId w:val="1"/>
        </w:numPr>
        <w:spacing w:after="0" w:lineRule="auto"/>
        <w:ind w:left="360"/>
      </w:pPr>
      <w:r w:rsidDel="00000000" w:rsidR="00000000" w:rsidRPr="00000000">
        <w:rPr>
          <w:rtl w:val="0"/>
        </w:rPr>
        <w:t xml:space="preserve">Wash, rinse, sanitize, air-dry, and properly store dishes, glassware, utensils, cookware, and food-contact equipment.</w:t>
      </w:r>
    </w:p>
    <w:p w:rsidR="00000000" w:rsidDel="00000000" w:rsidP="00000000" w:rsidRDefault="00000000" w:rsidRPr="00000000" w14:paraId="00000060">
      <w:pPr>
        <w:numPr>
          <w:ilvl w:val="0"/>
          <w:numId w:val="1"/>
        </w:numPr>
        <w:spacing w:after="0" w:lineRule="auto"/>
        <w:ind w:left="360"/>
      </w:pPr>
      <w:r w:rsidDel="00000000" w:rsidR="00000000" w:rsidRPr="00000000">
        <w:rPr>
          <w:rtl w:val="0"/>
        </w:rPr>
        <w:t xml:space="preserve">Maintain clean dish stations, sinks, racks, floors, and surrounding work areas.</w:t>
      </w:r>
    </w:p>
    <w:p w:rsidR="00000000" w:rsidDel="00000000" w:rsidP="00000000" w:rsidRDefault="00000000" w:rsidRPr="00000000" w14:paraId="00000061">
      <w:pPr>
        <w:numPr>
          <w:ilvl w:val="0"/>
          <w:numId w:val="1"/>
        </w:numPr>
        <w:spacing w:after="0" w:lineRule="auto"/>
        <w:ind w:left="360"/>
      </w:pPr>
      <w:r w:rsidDel="00000000" w:rsidR="00000000" w:rsidRPr="00000000">
        <w:rPr>
          <w:rtl w:val="0"/>
        </w:rPr>
        <w:t xml:space="preserve">Remove trash and recycling; replace liners and keep disposal areas orderly.</w:t>
      </w:r>
    </w:p>
    <w:p w:rsidR="00000000" w:rsidDel="00000000" w:rsidP="00000000" w:rsidRDefault="00000000" w:rsidRPr="00000000" w14:paraId="00000062">
      <w:pPr>
        <w:numPr>
          <w:ilvl w:val="0"/>
          <w:numId w:val="1"/>
        </w:numPr>
        <w:ind w:left="360"/>
      </w:pPr>
      <w:r w:rsidDel="00000000" w:rsidR="00000000" w:rsidRPr="00000000">
        <w:rPr>
          <w:rtl w:val="0"/>
        </w:rPr>
        <w:t xml:space="preserve">Notify the manager of broken equipment, unsafe conditions, or low cleaning supplies.</w:t>
      </w:r>
    </w:p>
    <w:p w:rsidR="00000000" w:rsidDel="00000000" w:rsidP="00000000" w:rsidRDefault="00000000" w:rsidRPr="00000000" w14:paraId="00000063">
      <w:pPr>
        <w:pStyle w:val="Heading2"/>
        <w:rPr>
          <w:color w:val="4f81bd"/>
          <w:sz w:val="26"/>
          <w:szCs w:val="26"/>
        </w:rPr>
      </w:pPr>
      <w:r w:rsidDel="00000000" w:rsidR="00000000" w:rsidRPr="00000000">
        <w:rPr>
          <w:color w:val="4f81bd"/>
          <w:sz w:val="26"/>
          <w:szCs w:val="26"/>
          <w:rtl w:val="0"/>
        </w:rPr>
        <w:t xml:space="preserve">Bussing &amp; Dining Room Support</w:t>
      </w:r>
    </w:p>
    <w:p w:rsidR="00000000" w:rsidDel="00000000" w:rsidP="00000000" w:rsidRDefault="00000000" w:rsidRPr="00000000" w14:paraId="00000064">
      <w:pPr>
        <w:numPr>
          <w:ilvl w:val="0"/>
          <w:numId w:val="1"/>
        </w:numPr>
        <w:spacing w:after="0" w:lineRule="auto"/>
        <w:ind w:left="360"/>
      </w:pPr>
      <w:r w:rsidDel="00000000" w:rsidR="00000000" w:rsidRPr="00000000">
        <w:rPr>
          <w:rtl w:val="0"/>
        </w:rPr>
        <w:t xml:space="preserve">Promptly clear used dishes, glassware, and trash from vacated tables.</w:t>
      </w:r>
    </w:p>
    <w:p w:rsidR="00000000" w:rsidDel="00000000" w:rsidP="00000000" w:rsidRDefault="00000000" w:rsidRPr="00000000" w14:paraId="00000065">
      <w:pPr>
        <w:numPr>
          <w:ilvl w:val="0"/>
          <w:numId w:val="1"/>
        </w:numPr>
        <w:spacing w:after="0" w:lineRule="auto"/>
        <w:ind w:left="360"/>
      </w:pPr>
      <w:r w:rsidDel="00000000" w:rsidR="00000000" w:rsidRPr="00000000">
        <w:rPr>
          <w:rtl w:val="0"/>
        </w:rPr>
        <w:t xml:space="preserve">Clean and sanitize tables, chairs, and other guest-contact surfaces; reset tables to restaurant standards.</w:t>
      </w:r>
    </w:p>
    <w:p w:rsidR="00000000" w:rsidDel="00000000" w:rsidP="00000000" w:rsidRDefault="00000000" w:rsidRPr="00000000" w14:paraId="00000066">
      <w:pPr>
        <w:numPr>
          <w:ilvl w:val="0"/>
          <w:numId w:val="1"/>
        </w:numPr>
        <w:spacing w:after="0" w:lineRule="auto"/>
        <w:ind w:left="360"/>
      </w:pPr>
      <w:r w:rsidDel="00000000" w:rsidR="00000000" w:rsidRPr="00000000">
        <w:rPr>
          <w:rtl w:val="0"/>
        </w:rPr>
        <w:t xml:space="preserve">Assist servers with water refills, food running, and stocking when assigned and trained.</w:t>
      </w:r>
    </w:p>
    <w:p w:rsidR="00000000" w:rsidDel="00000000" w:rsidP="00000000" w:rsidRDefault="00000000" w:rsidRPr="00000000" w14:paraId="00000067">
      <w:pPr>
        <w:numPr>
          <w:ilvl w:val="0"/>
          <w:numId w:val="1"/>
        </w:numPr>
        <w:spacing w:after="0" w:lineRule="auto"/>
        <w:ind w:left="360"/>
      </w:pPr>
      <w:r w:rsidDel="00000000" w:rsidR="00000000" w:rsidRPr="00000000">
        <w:rPr>
          <w:rtl w:val="0"/>
        </w:rPr>
        <w:t xml:space="preserve">Keep dining room and service areas free of spills, clutter, and trip hazards.</w:t>
      </w:r>
    </w:p>
    <w:p w:rsidR="00000000" w:rsidDel="00000000" w:rsidP="00000000" w:rsidRDefault="00000000" w:rsidRPr="00000000" w14:paraId="00000068">
      <w:pPr>
        <w:numPr>
          <w:ilvl w:val="0"/>
          <w:numId w:val="1"/>
        </w:numPr>
        <w:ind w:left="360"/>
      </w:pPr>
      <w:r w:rsidDel="00000000" w:rsidR="00000000" w:rsidRPr="00000000">
        <w:rPr>
          <w:rtl w:val="0"/>
        </w:rPr>
        <w:t xml:space="preserve">Support opening, shift-change, and closing side-work checklists.</w:t>
      </w:r>
    </w:p>
    <w:p w:rsidR="00000000" w:rsidDel="00000000" w:rsidP="00000000" w:rsidRDefault="00000000" w:rsidRPr="00000000" w14:paraId="00000069">
      <w:pPr>
        <w:pStyle w:val="Heading2"/>
        <w:rPr>
          <w:color w:val="4f81bd"/>
          <w:sz w:val="26"/>
          <w:szCs w:val="26"/>
        </w:rPr>
      </w:pPr>
      <w:r w:rsidDel="00000000" w:rsidR="00000000" w:rsidRPr="00000000">
        <w:rPr>
          <w:color w:val="4f81bd"/>
          <w:sz w:val="26"/>
          <w:szCs w:val="26"/>
          <w:rtl w:val="0"/>
        </w:rPr>
        <w:t xml:space="preserve">Food Safety, Safety &amp; Teamwork</w:t>
      </w:r>
    </w:p>
    <w:p w:rsidR="00000000" w:rsidDel="00000000" w:rsidP="00000000" w:rsidRDefault="00000000" w:rsidRPr="00000000" w14:paraId="0000006A">
      <w:pPr>
        <w:numPr>
          <w:ilvl w:val="0"/>
          <w:numId w:val="1"/>
        </w:numPr>
        <w:spacing w:after="0" w:lineRule="auto"/>
        <w:ind w:left="360"/>
      </w:pPr>
      <w:r w:rsidDel="00000000" w:rsidR="00000000" w:rsidRPr="00000000">
        <w:rPr>
          <w:rtl w:val="0"/>
        </w:rPr>
        <w:t xml:space="preserve">Follow Indiana food safety requirements and restaurant sanitation procedures, including proper chemical dilution and storage.</w:t>
      </w:r>
    </w:p>
    <w:p w:rsidR="00000000" w:rsidDel="00000000" w:rsidP="00000000" w:rsidRDefault="00000000" w:rsidRPr="00000000" w14:paraId="0000006B">
      <w:pPr>
        <w:numPr>
          <w:ilvl w:val="0"/>
          <w:numId w:val="1"/>
        </w:numPr>
        <w:spacing w:after="0" w:lineRule="auto"/>
        <w:ind w:left="360"/>
      </w:pPr>
      <w:r w:rsidDel="00000000" w:rsidR="00000000" w:rsidRPr="00000000">
        <w:rPr>
          <w:rtl w:val="0"/>
        </w:rPr>
        <w:t xml:space="preserve">Use gloves and other protective equipment as appropriate; follow handwashing and cross-contamination prevention rules.</w:t>
      </w:r>
    </w:p>
    <w:p w:rsidR="00000000" w:rsidDel="00000000" w:rsidP="00000000" w:rsidRDefault="00000000" w:rsidRPr="00000000" w14:paraId="0000006C">
      <w:pPr>
        <w:numPr>
          <w:ilvl w:val="0"/>
          <w:numId w:val="1"/>
        </w:numPr>
        <w:spacing w:after="0" w:lineRule="auto"/>
        <w:ind w:left="360"/>
      </w:pPr>
      <w:r w:rsidDel="00000000" w:rsidR="00000000" w:rsidRPr="00000000">
        <w:rPr>
          <w:rtl w:val="0"/>
        </w:rPr>
        <w:t xml:space="preserve">Handle broken glass and sharp objects safely; report injuries and hazards immediately.</w:t>
      </w:r>
    </w:p>
    <w:p w:rsidR="00000000" w:rsidDel="00000000" w:rsidP="00000000" w:rsidRDefault="00000000" w:rsidRPr="00000000" w14:paraId="0000006D">
      <w:pPr>
        <w:numPr>
          <w:ilvl w:val="0"/>
          <w:numId w:val="1"/>
        </w:numPr>
        <w:spacing w:after="0" w:lineRule="auto"/>
        <w:ind w:left="360"/>
      </w:pPr>
      <w:r w:rsidDel="00000000" w:rsidR="00000000" w:rsidRPr="00000000">
        <w:rPr>
          <w:rtl w:val="0"/>
        </w:rPr>
        <w:t xml:space="preserve">Work respectfully with cooks, servers, bartenders, hosts, and management; respond to priorities during busy periods.</w:t>
      </w:r>
    </w:p>
    <w:p w:rsidR="00000000" w:rsidDel="00000000" w:rsidP="00000000" w:rsidRDefault="00000000" w:rsidRPr="00000000" w14:paraId="0000006E">
      <w:pPr>
        <w:numPr>
          <w:ilvl w:val="0"/>
          <w:numId w:val="1"/>
        </w:numPr>
        <w:ind w:left="360"/>
      </w:pPr>
      <w:r w:rsidDel="00000000" w:rsidR="00000000" w:rsidRPr="00000000">
        <w:rPr>
          <w:rtl w:val="0"/>
        </w:rPr>
        <w:t xml:space="preserve">Follow all employee conduct, attendance, phone-use, and guest-service policies.</w:t>
      </w:r>
    </w:p>
    <w:p w:rsidR="00000000" w:rsidDel="00000000" w:rsidP="00000000" w:rsidRDefault="00000000" w:rsidRPr="00000000" w14:paraId="0000006F">
      <w:pPr>
        <w:pStyle w:val="Heading2"/>
        <w:rPr>
          <w:color w:val="4f81bd"/>
          <w:sz w:val="26"/>
          <w:szCs w:val="26"/>
        </w:rPr>
      </w:pPr>
      <w:r w:rsidDel="00000000" w:rsidR="00000000" w:rsidRPr="00000000">
        <w:rPr>
          <w:color w:val="4f81bd"/>
          <w:sz w:val="26"/>
          <w:szCs w:val="26"/>
          <w:rtl w:val="0"/>
        </w:rPr>
        <w:t xml:space="preserve">Qualifications &amp; Physical Requirements</w:t>
      </w:r>
    </w:p>
    <w:p w:rsidR="00000000" w:rsidDel="00000000" w:rsidP="00000000" w:rsidRDefault="00000000" w:rsidRPr="00000000" w14:paraId="00000070">
      <w:pPr>
        <w:numPr>
          <w:ilvl w:val="0"/>
          <w:numId w:val="1"/>
        </w:numPr>
        <w:spacing w:after="0" w:lineRule="auto"/>
        <w:ind w:left="360"/>
      </w:pPr>
      <w:r w:rsidDel="00000000" w:rsidR="00000000" w:rsidRPr="00000000">
        <w:rPr>
          <w:rtl w:val="0"/>
        </w:rPr>
        <w:t xml:space="preserve">Prior restaurant experience is helpful but not required; training provided.</w:t>
      </w:r>
    </w:p>
    <w:p w:rsidR="00000000" w:rsidDel="00000000" w:rsidP="00000000" w:rsidRDefault="00000000" w:rsidRPr="00000000" w14:paraId="00000071">
      <w:pPr>
        <w:numPr>
          <w:ilvl w:val="0"/>
          <w:numId w:val="1"/>
        </w:numPr>
        <w:spacing w:after="0" w:lineRule="auto"/>
        <w:ind w:left="360"/>
      </w:pPr>
      <w:r w:rsidDel="00000000" w:rsidR="00000000" w:rsidRPr="00000000">
        <w:rPr>
          <w:rtl w:val="0"/>
        </w:rPr>
        <w:t xml:space="preserve">Ability to follow directions, work quickly and accurately, and communicate with coworkers.</w:t>
      </w:r>
    </w:p>
    <w:p w:rsidR="00000000" w:rsidDel="00000000" w:rsidP="00000000" w:rsidRDefault="00000000" w:rsidRPr="00000000" w14:paraId="00000072">
      <w:pPr>
        <w:numPr>
          <w:ilvl w:val="0"/>
          <w:numId w:val="1"/>
        </w:numPr>
        <w:spacing w:after="0" w:lineRule="auto"/>
        <w:ind w:left="360"/>
      </w:pPr>
      <w:r w:rsidDel="00000000" w:rsidR="00000000" w:rsidRPr="00000000">
        <w:rPr>
          <w:rtl w:val="0"/>
        </w:rPr>
        <w:t xml:space="preserve">Ability to stand and walk for extended periods, bend, reach, and lift/carry items up to approximately 40 pounds, with reasonable accommodation as applicable.</w:t>
      </w:r>
    </w:p>
    <w:p w:rsidR="00000000" w:rsidDel="00000000" w:rsidP="00000000" w:rsidRDefault="00000000" w:rsidRPr="00000000" w14:paraId="00000073">
      <w:pPr>
        <w:numPr>
          <w:ilvl w:val="0"/>
          <w:numId w:val="1"/>
        </w:numPr>
        <w:ind w:left="360"/>
      </w:pPr>
      <w:r w:rsidDel="00000000" w:rsidR="00000000" w:rsidRPr="00000000">
        <w:rPr>
          <w:rtl w:val="0"/>
        </w:rPr>
        <w:t xml:space="preserve">Ability to work around wet floors, hot equipment, cleaning chemicals, and a fast-paced restaurant environment.</w:t>
      </w:r>
    </w:p>
    <w:p w:rsidR="00000000" w:rsidDel="00000000" w:rsidP="00000000" w:rsidRDefault="00000000" w:rsidRPr="00000000" w14:paraId="00000074">
      <w:pPr>
        <w:pStyle w:val="Heading2"/>
        <w:rPr>
          <w:color w:val="4f81bd"/>
          <w:sz w:val="26"/>
          <w:szCs w:val="26"/>
        </w:rPr>
      </w:pPr>
      <w:r w:rsidDel="00000000" w:rsidR="00000000" w:rsidRPr="00000000">
        <w:rPr>
          <w:color w:val="4f81bd"/>
          <w:sz w:val="26"/>
          <w:szCs w:val="26"/>
          <w:rtl w:val="0"/>
        </w:rPr>
        <w:t xml:space="preserve">Dress Code &amp; Professional Standards</w:t>
      </w:r>
    </w:p>
    <w:p w:rsidR="00000000" w:rsidDel="00000000" w:rsidP="00000000" w:rsidRDefault="00000000" w:rsidRPr="00000000" w14:paraId="00000075">
      <w:pPr>
        <w:rPr/>
      </w:pPr>
      <w:r w:rsidDel="00000000" w:rsidR="00000000" w:rsidRPr="00000000">
        <w:rPr>
          <w:rtl w:val="0"/>
        </w:rPr>
        <w:t xml:space="preserve">Clean all-black attire and closed-toe, slip-resistant black shoes are required. Management-approved sports fan attire may be worn on designated occasions. Follow grooming and hair-restraint rules applicable to food handling. Reasonable accommodations will be considered as required by law.</w:t>
      </w:r>
    </w:p>
    <w:p w:rsidR="00000000" w:rsidDel="00000000" w:rsidP="00000000" w:rsidRDefault="00000000" w:rsidRPr="00000000" w14:paraId="00000076">
      <w:pPr>
        <w:pStyle w:val="Heading2"/>
        <w:rPr>
          <w:color w:val="4f81bd"/>
          <w:sz w:val="26"/>
          <w:szCs w:val="26"/>
        </w:rPr>
      </w:pPr>
      <w:r w:rsidDel="00000000" w:rsidR="00000000" w:rsidRPr="00000000">
        <w:rPr>
          <w:color w:val="4f81bd"/>
          <w:sz w:val="26"/>
          <w:szCs w:val="26"/>
          <w:rtl w:val="0"/>
        </w:rPr>
        <w:t xml:space="preserve">Performance Expectations</w:t>
      </w:r>
    </w:p>
    <w:p w:rsidR="00000000" w:rsidDel="00000000" w:rsidP="00000000" w:rsidRDefault="00000000" w:rsidRPr="00000000" w14:paraId="00000077">
      <w:pPr>
        <w:rPr/>
      </w:pPr>
      <w:r w:rsidDel="00000000" w:rsidR="00000000" w:rsidRPr="00000000">
        <w:rPr>
          <w:rtl w:val="0"/>
        </w:rPr>
        <w:t xml:space="preserve">Reliable attendance; prompt table turns; clean and organized workstations; safe dishwashing and sanitation practices; completion of assigned checklists; cooperative service during peak hours.</w:t>
      </w:r>
    </w:p>
    <w:p w:rsidR="00000000" w:rsidDel="00000000" w:rsidP="00000000" w:rsidRDefault="00000000" w:rsidRPr="00000000" w14:paraId="00000078">
      <w:pPr>
        <w:pStyle w:val="Heading2"/>
        <w:rPr>
          <w:color w:val="4f81bd"/>
          <w:sz w:val="26"/>
          <w:szCs w:val="26"/>
        </w:rPr>
      </w:pPr>
      <w:bookmarkStart w:colFirst="0" w:colLast="0" w:name="_heading=h.bbfv2qeo700f" w:id="0"/>
      <w:bookmarkEnd w:id="0"/>
      <w:r w:rsidDel="00000000" w:rsidR="00000000" w:rsidRPr="00000000">
        <w:rPr>
          <w:color w:val="4f81bd"/>
          <w:sz w:val="26"/>
          <w:szCs w:val="26"/>
          <w:rtl w:val="0"/>
        </w:rPr>
        <w:t xml:space="preserve">Acknowledgment</w:t>
      </w:r>
    </w:p>
    <w:p w:rsidR="00000000" w:rsidDel="00000000" w:rsidP="00000000" w:rsidRDefault="00000000" w:rsidRPr="00000000" w14:paraId="00000079">
      <w:pPr>
        <w:rPr/>
      </w:pPr>
      <w:r w:rsidDel="00000000" w:rsidR="00000000" w:rsidRPr="00000000">
        <w:rPr>
          <w:rtl w:val="0"/>
        </w:rPr>
        <w:t xml:space="preserve">This description summarizes typical duties and is not an employment contract. Duties may change based on business needs, consistent with applicable law.</w:t>
      </w:r>
    </w:p>
    <w:p w:rsidR="00000000" w:rsidDel="00000000" w:rsidP="00000000" w:rsidRDefault="00000000" w:rsidRPr="00000000" w14:paraId="0000007A">
      <w:pPr>
        <w:rPr/>
      </w:pPr>
      <w:r w:rsidDel="00000000" w:rsidR="00000000" w:rsidRPr="00000000">
        <w:rPr>
          <w:rtl w:val="0"/>
        </w:rPr>
        <w:t xml:space="preserve">Employee Name: ___________________________________    Date: ______________</w:t>
      </w:r>
    </w:p>
    <w:p w:rsidR="00000000" w:rsidDel="00000000" w:rsidP="00000000" w:rsidRDefault="00000000" w:rsidRPr="00000000" w14:paraId="0000007B">
      <w:pPr>
        <w:rPr/>
      </w:pPr>
      <w:r w:rsidDel="00000000" w:rsidR="00000000" w:rsidRPr="00000000">
        <w:rPr>
          <w:rtl w:val="0"/>
        </w:rPr>
        <w:t xml:space="preserve">Employee Signature: _______________________________    Manager: _______________________________</w:t>
      </w:r>
    </w:p>
    <w:sectPr>
      <w:pgSz w:h="15840" w:w="12240" w:orient="portrait"/>
      <w:pgMar w:bottom="936" w:top="1008" w:left="1800" w:right="1800" w:header="504"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aa4f18"/>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5a3823"/>
      <w:sz w:val="22"/>
      <w:szCs w:val="22"/>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I0zb54vJAkIPpwlIbY6/Ofeyiw==">CgMxLjAyDmguYmJmdjJxZW83MDBmOAByITFQbDFkZURadEVFdWl3V0FsS05rUC1rNUhPenlDallXTQ==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